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right"/>
      </w:pPr>
      <w:r>
        <w:rPr>
          <w:rFonts w:ascii="Arial" w:hAnsi="Arial" w:cs="Arial"/>
          <w:b/>
          <w:color w:val="DB2777"/>
          <w:sz w:val="28"/>
          <w:rtl w:val="1"/>
          <w:bCs/>
          <w:szCs w:val="28"/>
        </w:rPr>
        <w:t>🎯 חידות וטריוויה – משחקי חשיבה לכיתה</w:t>
      </w:r>
    </w:p>
    <w:p>
      <w:pPr>
        <w:bidi w:val="1"/>
        <w:jc w:val="right"/>
      </w:pPr>
      <w:r>
        <w:rPr>
          <w:rFonts w:ascii="Arial" w:hAnsi="Arial" w:cs="Arial"/>
          <w:sz w:val="96"/>
          <w:rtl w:val="1"/>
          <w:szCs w:val="96"/>
        </w:rPr>
        <w:t>🎧</w:t>
      </w:r>
    </w:p>
    <w:p>
      <w:pPr>
        <w:pStyle w:val="Heading1"/>
        <w:bidi w:val="1"/>
        <w:jc w:val="right"/>
      </w:pPr>
      <w:r>
        <w:rPr>
          <w:rFonts w:ascii="Arial" w:hAnsi="Arial" w:cs="Arial"/>
          <w:b/>
          <w:color w:val="DB2777"/>
          <w:sz w:val="40"/>
          <w:rtl w:val="1"/>
          <w:bCs/>
          <w:szCs w:val="40"/>
        </w:rPr>
        <w:t>חידות וטריוויה</w:t>
      </w:r>
    </w:p>
    <w:p>
      <w:pPr>
        <w:bidi w:val="1"/>
        <w:jc w:val="right"/>
      </w:pPr>
      <w:r>
        <w:rPr>
          <w:rFonts w:ascii="Arial" w:hAnsi="Arial" w:cs="Arial"/>
          <w:sz w:val="28"/>
          <w:rtl w:val="1"/>
          <w:szCs w:val="28"/>
        </w:rPr>
        <w:t>🆕 מקבץ חידות וטריוויה – ז׳–ט׳</w:t>
      </w:r>
    </w:p>
    <w:p>
      <w:pPr>
        <w:bidi w:val="1"/>
        <w:jc w:val="right"/>
        <w:shd w:val="clear" w:fill="EDE9FE"/>
      </w:pPr>
      <w:r>
        <w:rPr>
          <w:rFonts w:ascii="Arial" w:hAnsi="Arial" w:cs="Arial"/>
          <w:b/>
          <w:sz w:val="28"/>
          <w:rtl w:val="1"/>
          <w:bCs/>
          <w:szCs w:val="28"/>
        </w:rPr>
        <w:t>רמה: ז׳–ט׳</w:t>
      </w:r>
    </w:p>
    <w:p>
      <w:pPr>
        <w:bidi w:val="1"/>
        <w:jc w:val="right"/>
        <w:shd w:val="clear" w:fill="FFF3D6"/>
      </w:pPr>
      <w:r>
        <w:rPr>
          <w:rFonts w:ascii="Arial" w:hAnsi="Arial" w:cs="Arial"/>
          <w:b/>
          <w:color w:val="DB2777"/>
          <w:sz w:val="36"/>
          <w:rtl w:val="1"/>
          <w:bCs/>
          <w:szCs w:val="36"/>
        </w:rPr>
        <w:t>📗 מקבץ חידות וטריוויה: מהדורה למורה + דפי תלמיד/ה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יצרה: רוית ראש בן ישי</w:t>
      </w:r>
    </w:p>
    <w:p>
      <w:r>
        <w:br w:type="page"/>
      </w:r>
    </w:p>
    <w:p>
      <w:pPr>
        <w:pStyle w:val="Heading2"/>
        <w:bidi w:val="1"/>
        <w:jc w:val="right"/>
      </w:pPr>
      <w:r>
        <w:rPr>
          <w:rFonts w:ascii="Arial" w:hAnsi="Arial" w:cs="Arial"/>
          <w:b/>
          <w:color w:val="DB2777"/>
          <w:sz w:val="30"/>
          <w:rtl w:val="1"/>
          <w:bCs/>
          <w:szCs w:val="30"/>
        </w:rPr>
        <w:t>📑 תוכן העניינים</w:t>
      </w:r>
    </w:p>
    <w:p>
      <w:pPr>
        <w:bidi w:val="1"/>
        <w:jc w:val="right"/>
      </w:pPr>
      <w:hyperlink w:anchor="ttop">
        <w:r>
          <w:rPr>
            <w:rtl w:val="1"/>
            <w:u w:val="single"/>
            <w:color w:val="1E40AF"/>
          </w:rPr>
          <w:t xml:space="preserve">• 👩‍🏫 מהדורה למורה</w:t>
        </w:r>
      </w:hyperlink>
    </w:p>
    <w:p>
      <w:pPr>
        <w:bidi w:val="1"/>
        <w:jc w:val="right"/>
      </w:pPr>
      <w:hyperlink w:anchor="tkA">
        <w:r>
          <w:rPr>
            <w:rtl w:val="1"/>
            <w:u w:val="single"/>
            <w:color w:val="1E40AF"/>
          </w:rPr>
          <w:t xml:space="preserve">• מפתח – טריוויה עולמית</w:t>
        </w:r>
      </w:hyperlink>
    </w:p>
    <w:p>
      <w:pPr>
        <w:bidi w:val="1"/>
        <w:jc w:val="right"/>
      </w:pPr>
      <w:hyperlink w:anchor="tkB">
        <w:r>
          <w:rPr>
            <w:rtl w:val="1"/>
            <w:u w:val="single"/>
            <w:color w:val="1E40AF"/>
          </w:rPr>
          <w:t xml:space="preserve">• מפתח – מה אני?</w:t>
        </w:r>
      </w:hyperlink>
    </w:p>
    <w:p>
      <w:pPr>
        <w:bidi w:val="1"/>
        <w:jc w:val="right"/>
      </w:pPr>
      <w:hyperlink w:anchor="tkC">
        <w:r>
          <w:rPr>
            <w:rtl w:val="1"/>
            <w:u w:val="single"/>
            <w:color w:val="1E40AF"/>
          </w:rPr>
          <w:t xml:space="preserve">• מפתח – מה המשותף?</w:t>
        </w:r>
      </w:hyperlink>
    </w:p>
    <w:p>
      <w:pPr>
        <w:bidi w:val="1"/>
        <w:jc w:val="right"/>
      </w:pPr>
      <w:hyperlink w:anchor="stop">
        <w:r>
          <w:rPr>
            <w:rtl w:val="1"/>
            <w:u w:val="single"/>
            <w:color w:val="1E40AF"/>
          </w:rPr>
          <w:t xml:space="preserve">• 🧒 דפי התלמיד/ה</w:t>
        </w:r>
      </w:hyperlink>
    </w:p>
    <w:p>
      <w:pPr>
        <w:bidi w:val="1"/>
        <w:jc w:val="right"/>
      </w:pPr>
      <w:hyperlink w:anchor="sA">
        <w:r>
          <w:rPr>
            <w:rtl w:val="1"/>
            <w:u w:val="single"/>
            <w:color w:val="1E40AF"/>
          </w:rPr>
          <w:t xml:space="preserve">• חלק א׳ – טריוויה עולמית</w:t>
        </w:r>
      </w:hyperlink>
    </w:p>
    <w:p>
      <w:pPr>
        <w:bidi w:val="1"/>
        <w:jc w:val="right"/>
      </w:pPr>
      <w:hyperlink w:anchor="sB">
        <w:r>
          <w:rPr>
            <w:rtl w:val="1"/>
            <w:u w:val="single"/>
            <w:color w:val="1E40AF"/>
          </w:rPr>
          <w:t xml:space="preserve">• חלק ב׳ – מה אני?</w:t>
        </w:r>
      </w:hyperlink>
    </w:p>
    <w:p>
      <w:pPr>
        <w:bidi w:val="1"/>
        <w:jc w:val="right"/>
      </w:pPr>
      <w:hyperlink w:anchor="sC">
        <w:r>
          <w:rPr>
            <w:rtl w:val="1"/>
            <w:u w:val="single"/>
            <w:color w:val="1E40AF"/>
          </w:rPr>
          <w:t xml:space="preserve">• חלק ג׳ – מה המשותף?</w:t>
        </w:r>
      </w:hyperlink>
    </w:p>
    <w:p>
      <w:pPr>
        <w:bidi w:val="1"/>
        <w:jc w:val="right"/>
      </w:pPr>
      <w:hyperlink w:anchor="sX">
        <w:r>
          <w:rPr>
            <w:rtl w:val="1"/>
            <w:u w:val="single"/>
            <w:color w:val="1E40AF"/>
          </w:rPr>
          <w:t xml:space="preserve">• ✂ כרטיסים לגזירה</w:t>
        </w:r>
      </w:hyperlink>
    </w:p>
    <w:p>
      <w:pPr>
        <w:pStyle w:val="Heading1"/>
        <w:bidi w:val="1"/>
        <w:jc w:val="right"/>
      </w:pPr>
      <w:bookmarkStart w:id="17569" w:name="ttop"/>
      <w:r>
        <w:rPr>
          <w:rFonts w:ascii="Arial" w:hAnsi="Arial" w:cs="Arial"/>
          <w:b/>
          <w:color w:val="DB2777"/>
          <w:sz w:val="40"/>
          <w:rtl w:val="1"/>
          <w:bCs/>
          <w:szCs w:val="40"/>
        </w:rPr>
        <w:t>👩‍🏫 מהדורה למורה</w:t>
      </w:r>
      <w:bookmarkEnd w:id="17569"/>
    </w:p>
    <w:p>
      <w:pPr>
        <w:bidi w:val="1"/>
        <w:jc w:val="right"/>
      </w:pPr>
      <w:r>
        <w:rPr>
          <w:rFonts w:ascii="Arial" w:hAnsi="Arial" w:cs="Arial"/>
          <w:b/>
          <w:sz w:val="26"/>
          <w:rtl w:val="1"/>
          <w:bCs/>
          <w:szCs w:val="26"/>
        </w:rPr>
        <w:t>מקבץ חדש של חידות וטריוויה: 🌍 טריוויה עולמית, 🤔 חידות "מה אני?" ו־🧩 "מה המשותף?". המהדורה למורה – מטרות, הפעלה ומפתחות תשובות – מופיעה ראשונה; דפי התלמיד/ה וכרטיסי הגזירה – אחריה, בעמודים נפרדים.</w:t>
      </w:r>
    </w:p>
    <w:p>
      <w:pPr>
        <w:pStyle w:val="Heading2"/>
        <w:bidi w:val="1"/>
        <w:jc w:val="right"/>
      </w:pPr>
      <w:bookmarkStart w:id="42223" w:name="tgoal"/>
      <w:r>
        <w:rPr>
          <w:rFonts w:ascii="Arial" w:hAnsi="Arial" w:cs="Arial"/>
          <w:b/>
          <w:color w:val="DB2777"/>
          <w:sz w:val="30"/>
          <w:rtl w:val="1"/>
          <w:bCs/>
          <w:szCs w:val="30"/>
        </w:rPr>
        <w:t>🎯 מטרות והפעלה</w:t>
      </w:r>
      <w:bookmarkEnd w:id="42223"/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הרחבת ידע עולם: יבשות ונהרות, חלל, בעלי חיים, טבע, מדע ותרבויות.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חשיבה גמישה והסקה: לקרוא רמזים, לשער ולבדוק.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אוצר מילים וביטויים: מה מחבר בין מילים שונות?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1. פתיחה (5 דק׳): חידת "מה אני?" אחת על הלוח – מי מנחש ראשון?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2. חלק א׳ (10–15 דק׳): טריוויה עולמית ביחידים או בזוגות; בודקים יחד ומרחיבים בהסבר.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3. חלק ב׳ (10 דק׳): חידות "מה אני?" – קודם בלי רמז, אחר כך עם רמז.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4. חלק ג׳ (10 דק׳): "מה המשותף?" בזוגות – 2 דקות לכל סט, וכל זוג מסביר את הקשר לכל רמז.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5. סיום: כרטיסי הגזירה למשחק בקבוצות + כרטיס יציאה.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💻 גרסה אינטראקטיבית לכל החלקים (מצב כיתה, קבוצות, כוכבים וטיימר): chidot-trivia.sites.tab.bot – עמודים "טריוויה עולמית", "מה אני?" ו"מילה משותפת".</w:t>
      </w:r>
    </w:p>
    <w:p>
      <w:pPr>
        <w:pStyle w:val="Heading2"/>
        <w:bidi w:val="1"/>
        <w:jc w:val="right"/>
      </w:pPr>
      <w:bookmarkStart w:id="35227" w:name="tkA"/>
      <w:r>
        <w:rPr>
          <w:rFonts w:ascii="Arial" w:hAnsi="Arial" w:cs="Arial"/>
          <w:b/>
          <w:color w:val="DB2777"/>
          <w:sz w:val="30"/>
          <w:rtl w:val="1"/>
          <w:bCs/>
          <w:szCs w:val="30"/>
        </w:rPr>
        <w:t>🔑 מפתח – חלק א׳: טריוויה עולמית</w:t>
      </w:r>
      <w:bookmarkEnd w:id="35227"/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2551"/>
        <w:gridCol w:w="2551"/>
        <w:gridCol w:w="2551"/>
        <w:gridCol w:w="2551"/>
      </w:tblGrid>
      <w:tr>
        <w:tc>
          <w:tcPr>
            <w:tcW w:type="dxa" w:w="2551"/>
            <w:shd w:val="clear" w:fill="DB2777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#</w:t>
            </w:r>
          </w:p>
        </w:tc>
        <w:tc>
          <w:tcPr>
            <w:tcW w:type="dxa" w:w="2551"/>
            <w:shd w:val="clear" w:fill="DB2777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השאלה</w:t>
            </w:r>
          </w:p>
        </w:tc>
        <w:tc>
          <w:tcPr>
            <w:tcW w:type="dxa" w:w="2551"/>
            <w:shd w:val="clear" w:fill="DB2777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התשובה</w:t>
            </w:r>
          </w:p>
        </w:tc>
        <w:tc>
          <w:tcPr>
            <w:tcW w:type="dxa" w:w="2551"/>
            <w:shd w:val="clear" w:fill="DB2777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הסבר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1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איזה קו דמיוני מחלק את כדור הארץ לחצי צפוני וחצי דרומי?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קו המשווה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קו המשווה (אקוואטור) הוא קו הרוחב 0°. קו האורך הראשי מחלק דווקא למזרח ומערב.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2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מה הכי מהיר ביקום לפי הידע המדעי של היום?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האור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האור נע בריק במהירות של כ־300,000 ק״מ בשנייה. הקול איטי ממנו פי כמעט מיליון!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3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איך נקרא החומר בתאים שנושא את המידע התורשתי?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דנ״א (DNA)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הדנ״א הוא ״ספר ההוראות״ של התא. כלורופיל צובע עלים בירוק, והמוגלובין נושא חמצן בדם.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4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מהו כוכב הלכת הגדול ביותר במערכת השמש?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צדק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צדק הוא ענק גזים – יותר מאלף כדורי ארץ היו נכנסים בתוכו.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5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באיזו טמפרטורה רותחים מים בגובה פני הים?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100°C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מים רותחים ב־100 מעלות צלזיוס בגובה פני הים. 212 זה אותו דבר – אבל בסולם פרנהייט. בהרים גבוהים הם רותחים בטמפרטורה נמוכה יותר.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6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באיזו מדינה עומדות הפירמידות של גיזה?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מצרים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הפירמידות של גיזה נבנו לפני יותר מ־4,500 שנה ליד קהיר. גם במקסיקו יש פירמידות – אבל אחרות.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7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איזו מדינה נראית במפה כמו מגף?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איטליה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חצי האי של איטליה דומה למגף שבועט ב״כדור״ – האי סיציליה.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8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איך נקרא האזור סביב האוקיינוס השקט שיש בו הרבה הרי געש ורעידות אדמה?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טבעת האש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לאורך ״טבעת האש״ נפגשים לוחות טקטוניים, ולכן יש בה רוב הרי הגעש הפעילים בעולם.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9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איזה בעל חיים ״רוקד״ כדי להראות לחבריו איפה יש פרחים?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דבורה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בריקוד הכשכוש הדבורה מסמנת לחברות בכוורת את הכיוון והמרחק לפרחים.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10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מה קורה בליקוי ירח?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כדור הארץ מטיל צל על הירח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בליקוי ירח כדור הארץ עומד בין השמש לירח, והצל שלו נופל על הירח. כשהירח מסתיר את השמש – זה ליקוי חמה.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11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מהי המדינה הגדולה בעולם בשטחה?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רוסיה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רוסיה משתרעת על פני אירופה ואסיה ויש בה 11 אזורי זמן.</w:t>
            </w:r>
          </w:p>
        </w:tc>
      </w:tr>
    </w:tbl>
    <w:p>
      <w:pPr>
        <w:pStyle w:val="Heading2"/>
        <w:bidi w:val="1"/>
        <w:jc w:val="right"/>
      </w:pPr>
      <w:bookmarkStart w:id="41505" w:name="tkB"/>
      <w:r>
        <w:rPr>
          <w:rFonts w:ascii="Arial" w:hAnsi="Arial" w:cs="Arial"/>
          <w:b/>
          <w:color w:val="DB2777"/>
          <w:sz w:val="30"/>
          <w:rtl w:val="1"/>
          <w:bCs/>
          <w:szCs w:val="30"/>
        </w:rPr>
        <w:t>🔑 מפתח – חלק ב׳: מה אני?</w:t>
      </w:r>
      <w:bookmarkEnd w:id="41505"/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2551"/>
        <w:gridCol w:w="2551"/>
        <w:gridCol w:w="2551"/>
        <w:gridCol w:w="2551"/>
      </w:tblGrid>
      <w:tr>
        <w:tc>
          <w:tcPr>
            <w:tcW w:type="dxa" w:w="2551"/>
            <w:shd w:val="clear" w:fill="DB2777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#</w:t>
            </w:r>
          </w:p>
        </w:tc>
        <w:tc>
          <w:tcPr>
            <w:tcW w:type="dxa" w:w="2551"/>
            <w:shd w:val="clear" w:fill="DB2777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החידה</w:t>
            </w:r>
          </w:p>
        </w:tc>
        <w:tc>
          <w:tcPr>
            <w:tcW w:type="dxa" w:w="2551"/>
            <w:shd w:val="clear" w:fill="DB2777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התשובה</w:t>
            </w:r>
          </w:p>
        </w:tc>
        <w:tc>
          <w:tcPr>
            <w:tcW w:type="dxa" w:w="2551"/>
            <w:shd w:val="clear" w:fill="DB2777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הסבר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1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אני מגיע רק כשאתם ישנים, מראה לכם עולמות שלא קיימים, ונעלם כשאתם מתעוררים. מה אני?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חלום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חלומות קורים בשינה וכשמתעוררים הם נעלמים, ולעיתים נשכחים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2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הוא שייך לכם, אבל אחרים משתמשים בו הרבה יותר מכם. מה הוא?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השם שלכם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אנחנו כמעט לא אומרים את השם של עצמנו אבל אחרים קוראים לנו בו כל הזמן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3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אני עובר כל הזמן, אף פעם לא חוזר, ואי אפשר לקנות אותי בשום כסף. מה אני?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זמן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הזמן ממשיך לנוע קדימה ואי אפשר להחזיר רגע שעבר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4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אני מופיעה פעם אחת ב״שנה״, פעמיים ב״שמש״, ואף פעם לא ב״יום״. מה אני?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האות ש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ב״שנה״ יש ש אחת ב״שמש״ יש שתיים – וב״יום״ אין בכלל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5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אני הולך בלי רגליים, בוכה בלי עיניים ועף בלי כנפיים. מה אני?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ענן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העננים נעים ברוח וה״דמעות״ שלהם הן גשם</w:t>
            </w:r>
          </w:p>
        </w:tc>
      </w:tr>
    </w:tbl>
    <w:p>
      <w:pPr>
        <w:pStyle w:val="Heading2"/>
        <w:bidi w:val="1"/>
        <w:jc w:val="right"/>
      </w:pPr>
      <w:bookmarkStart w:id="49543" w:name="tkC"/>
      <w:r>
        <w:rPr>
          <w:rFonts w:ascii="Arial" w:hAnsi="Arial" w:cs="Arial"/>
          <w:b/>
          <w:color w:val="DB2777"/>
          <w:sz w:val="30"/>
          <w:rtl w:val="1"/>
          <w:bCs/>
          <w:szCs w:val="30"/>
        </w:rPr>
        <w:t>🔑 מפתח – חלק ג׳: מה המשותף?</w:t>
      </w:r>
      <w:bookmarkEnd w:id="49543"/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2551"/>
        <w:gridCol w:w="2551"/>
        <w:gridCol w:w="2551"/>
        <w:gridCol w:w="2551"/>
      </w:tblGrid>
      <w:tr>
        <w:tc>
          <w:tcPr>
            <w:tcW w:type="dxa" w:w="2551"/>
            <w:shd w:val="clear" w:fill="DB2777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הרמזים</w:t>
            </w:r>
          </w:p>
        </w:tc>
        <w:tc>
          <w:tcPr>
            <w:tcW w:type="dxa" w:w="2551"/>
            <w:shd w:val="clear" w:fill="DB2777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המילה המשותפת</w:t>
            </w:r>
          </w:p>
        </w:tc>
        <w:tc>
          <w:tcPr>
            <w:tcW w:type="dxa" w:w="2551"/>
            <w:shd w:val="clear" w:fill="DB2777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נושא</w:t>
            </w:r>
          </w:p>
        </w:tc>
        <w:tc>
          <w:tcPr>
            <w:tcW w:type="dxa" w:w="2551"/>
            <w:shd w:val="clear" w:fill="DB2777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ההסבר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מחט · סערה · תפוח אדמה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עין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🔤 לשון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עין המחט (החור), עין הסערה (המרכז השקט) ו״עיני״ תפוח האדמה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שמש · רוח · מים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אנרגיה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🌍 גאוגרפיה וסביבה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מהשמש, מהרוח ומהמים זורמים מפיקים אנרגיה מתחדשת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מים · אוויר · רעש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זיהום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🌍 גאוגרפיה וסביבה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זיהום מים, זיהום אוויר וזיהום רעש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רב־חובל · מנצח · מחנכת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מנהיגות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🤝 חברה ומנהיגות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רב־חובל מוביל ספינה, מנצח מוביל תזמורת ומחנכת מובילה כיתה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עוגן · שורשים · משפחה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יציבות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💪 חוסן וחשיבה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עוגן מייצב ספינה, שורשים מייצבים עץ – ומשפחה וחברים נותנים לנו יציבות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מחשב · חתול · מלכודת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עכבר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🔤 לשון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עכבר מחשב, חתול רודף אחרי עכבר, ומלכודת עכברים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ים · דמעה · מרק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מלח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🌍 גאוגרפיה וסביבה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מי ים, דמעות ומרק – כולם מלוחים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גמל · עקרב · דיונה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מדבר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🌍 גאוגרפיה וסביבה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גמל, עקרב ודיונות חול – כולם במדבר</w:t>
            </w:r>
          </w:p>
        </w:tc>
      </w:tr>
    </w:tbl>
    <w:p>
      <w:pPr>
        <w:pStyle w:val="Heading2"/>
        <w:bidi w:val="1"/>
        <w:jc w:val="right"/>
      </w:pPr>
      <w:bookmarkStart w:id="26694" w:name="tv"/>
      <w:r>
        <w:rPr>
          <w:rFonts w:ascii="Arial" w:hAnsi="Arial" w:cs="Arial"/>
          <w:b/>
          <w:color w:val="DB2777"/>
          <w:sz w:val="30"/>
          <w:rtl w:val="1"/>
          <w:bCs/>
          <w:szCs w:val="30"/>
        </w:rPr>
        <w:t>🔎 לוודא לפני השיעור</w:t>
      </w:r>
      <w:bookmarkEnd w:id="26694"/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מהו כוכב הלכת הגדול ביותר במערכת השמש? – צדק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באיזו מדינה עומדות הפירמידות של גיזה? – מצרים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איך נקרא האזור סביב האוקיינוס השקט שיש בו הרבה הרי געש ורעידות אדמה? – טבעת האש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מהי המדינה הגדולה בעולם בשטחה? – רוסיה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"הנהר הארוך בעולם": הנילוס נחשב לארוך, אך יש מדידות שבהן האמזונס ארוך ממנו – כדאי לציין זאת לתלמידים.</w:t>
      </w:r>
    </w:p>
    <w:p>
      <w:r>
        <w:br w:type="page"/>
      </w:r>
    </w:p>
    <w:p>
      <w:pPr>
        <w:pStyle w:val="Heading1"/>
        <w:bidi w:val="1"/>
        <w:jc w:val="right"/>
      </w:pPr>
      <w:bookmarkStart w:id="8222" w:name="stop"/>
      <w:r>
        <w:rPr>
          <w:rFonts w:ascii="Arial" w:hAnsi="Arial" w:cs="Arial"/>
          <w:b/>
          <w:color w:val="DB2777"/>
          <w:sz w:val="40"/>
          <w:rtl w:val="1"/>
          <w:bCs/>
          <w:szCs w:val="40"/>
        </w:rPr>
        <w:t>🧒 דפי התלמיד/ה</w:t>
      </w:r>
      <w:bookmarkEnd w:id="8222"/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שם: ______________   כיתה: ______   תאריך: __________</w:t>
      </w:r>
    </w:p>
    <w:p>
      <w:pPr>
        <w:bidi w:val="1"/>
        <w:jc w:val="right"/>
      </w:pPr>
      <w:r>
        <w:rPr>
          <w:rFonts w:ascii="Arial" w:hAnsi="Arial" w:cs="Arial"/>
          <w:b/>
          <w:sz w:val="26"/>
          <w:rtl w:val="1"/>
          <w:bCs/>
          <w:szCs w:val="26"/>
        </w:rPr>
        <w:t>יוצאים למסע חידות סביב העולם! קראו כל משימה בעיון, חשבו לבד או בזוג, וסמנו או כתבו את התשובה. בהצלחה! 🌍</w:t>
      </w:r>
    </w:p>
    <w:p>
      <w:pPr>
        <w:pStyle w:val="Heading2"/>
        <w:bidi w:val="1"/>
        <w:jc w:val="right"/>
      </w:pPr>
      <w:bookmarkStart w:id="28721" w:name="sA"/>
      <w:r>
        <w:rPr>
          <w:rFonts w:ascii="Arial" w:hAnsi="Arial" w:cs="Arial"/>
          <w:b/>
          <w:color w:val="DB2777"/>
          <w:sz w:val="30"/>
          <w:rtl w:val="1"/>
          <w:bCs/>
          <w:szCs w:val="30"/>
        </w:rPr>
        <w:t>חלק א׳ – 🌍 טריוויה עולמית</w:t>
      </w:r>
      <w:bookmarkEnd w:id="28721"/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בכל שאלה הקיפו בעיגול את התשובה הנכונה.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1. 🌐 איזה קו דמיוני מחלק את כדור הארץ לחצי צפוני וחצי דרומי?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קו האורך הראשי   ◯ קו התאריך   ◯ קו המשווה   ◯ חוג הסרטן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2. ⚡ מה הכי מהיר ביקום לפי הידע המדעי של היום?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רקטה   ◯ הרוח   ◯ האור   ◯ הקול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3. 🧬 איך נקרא החומר בתאים שנושא את המידע התורשתי?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סידן   ◯ כלורופיל   ◯ המוגלובין   ◯ דנ״א (DNA)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4. 🪐 מהו כוכב הלכת הגדול ביותר במערכת השמש?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כדור הארץ   ◯ נפטון   ◯ צדק   ◯ שבתאי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5. 🌡️ באיזו טמפרטורה רותחים מים בגובה פני הים?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50°C   ◯ 212°C   ◯ 100°C   ◯ 0°C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6. 🔺 באיזו מדינה עומדות הפירמידות של גיזה?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פרו   ◯ מצרים   ◯ יוון   ◯ מקסיקו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7. 👢 איזו מדינה נראית במפה כמו מגף?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איטליה   ◯ יוון   ◯ צרפת   ◯ ספרד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8. 🔥 איך נקרא האזור סביב האוקיינוס השקט שיש בו הרבה הרי געש ורעידות אדמה?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קשת הקרח   ◯ מעגל הרוחות   ◯ חגורת הסלעים   ◯ טבעת האש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9. 🐝 איזה בעל חיים ״רוקד״ כדי להראות לחבריו איפה יש פרחים?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פרפר   ◯ דבורה   ◯ נמלה   ◯ חיפושית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10. 🌑 מה קורה בליקוי ירח?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הירח מתרחק מאיתנו   ◯ הירח מסתיר את השמש   ◯ כדור הארץ מטיל צל על הירח   ◯ ענן גדול מכסה את הירח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11. 🗺️ מהי המדינה הגדולה בעולם בשטחה?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סין   ◯ קנדה   ◯ ברזיל   ◯ רוסיה</w:t>
      </w:r>
    </w:p>
    <w:p>
      <w:pPr>
        <w:pStyle w:val="Heading2"/>
        <w:bidi w:val="1"/>
        <w:jc w:val="right"/>
      </w:pPr>
      <w:bookmarkStart w:id="76008" w:name="sB"/>
      <w:r>
        <w:rPr>
          <w:rFonts w:ascii="Arial" w:hAnsi="Arial" w:cs="Arial"/>
          <w:b/>
          <w:color w:val="DB2777"/>
          <w:sz w:val="30"/>
          <w:rtl w:val="1"/>
          <w:bCs/>
          <w:szCs w:val="30"/>
        </w:rPr>
        <w:t>חלק ב׳ – 🤔 מה אני?</w:t>
      </w:r>
      <w:bookmarkEnd w:id="76008"/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קראו את החידה שבתיבה וכתבו: מה אני? אם קשה – בקשו רמז מהמורה.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206"/>
      </w:tblGrid>
      <w:tr>
        <w:tc>
          <w:tcPr>
            <w:tcW w:type="dxa" w:w="10206"/>
            <w:shd w:val="clear" w:fill="FFF8E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📦 1. 💭 מה אני?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אני מגיע רק כשאתם ישנים, מראה לכם עולמות שלא קיימים, ונעלם כשאתם מתעוררים. מה אני?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התשובה שלי: 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206"/>
      </w:tblGrid>
      <w:tr>
        <w:tc>
          <w:tcPr>
            <w:tcW w:type="dxa" w:w="10206"/>
            <w:shd w:val="clear" w:fill="FFF8E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📦 2. 🏷️ מה אני?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הוא שייך לכם, אבל אחרים משתמשים בו הרבה יותר מכם. מה הוא?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התשובה שלי: 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206"/>
      </w:tblGrid>
      <w:tr>
        <w:tc>
          <w:tcPr>
            <w:tcW w:type="dxa" w:w="10206"/>
            <w:shd w:val="clear" w:fill="FFF8E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📦 3. ⏳ מה אני?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אני עובר כל הזמן, אף פעם לא חוזר, ואי אפשר לקנות אותי בשום כסף. מה אני?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התשובה שלי: 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206"/>
      </w:tblGrid>
      <w:tr>
        <w:tc>
          <w:tcPr>
            <w:tcW w:type="dxa" w:w="10206"/>
            <w:shd w:val="clear" w:fill="FFF8E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📦 4. 🔤 מה אני?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אני מופיעה פעם אחת ב״שנה״, פעמיים ב״שמש״, ואף פעם לא ב״יום״. מה אני?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התשובה שלי: 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206"/>
      </w:tblGrid>
      <w:tr>
        <w:tc>
          <w:tcPr>
            <w:tcW w:type="dxa" w:w="10206"/>
            <w:shd w:val="clear" w:fill="FFF8E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📦 5. ☁️ מה אני?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אני הולך בלי רגליים, בוכה בלי עיניים ועף בלי כנפיים. מה אני?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התשובה שלי: ____________________</w:t>
      </w:r>
    </w:p>
    <w:p>
      <w:pPr>
        <w:pStyle w:val="Heading2"/>
        <w:bidi w:val="1"/>
        <w:jc w:val="right"/>
      </w:pPr>
      <w:bookmarkStart w:id="91710" w:name="sC"/>
      <w:r>
        <w:rPr>
          <w:rFonts w:ascii="Arial" w:hAnsi="Arial" w:cs="Arial"/>
          <w:b/>
          <w:color w:val="DB2777"/>
          <w:sz w:val="30"/>
          <w:rtl w:val="1"/>
          <w:bCs/>
          <w:szCs w:val="30"/>
        </w:rPr>
        <w:t>חלק ג׳ – 🧩 מה המשותף?</w:t>
      </w:r>
      <w:bookmarkEnd w:id="91710"/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מה מחבר את כל הרמזים? כתבו מילה אחת – ובשורה הבאה הסבירו את הקשר לכל רמז.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🪡 מחט · 🌀 סערה · 🥔 תפוח אדמה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המילה המשותפת: ____________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☀️ שמש · 🌬️ רוח · 💧 מים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המילה המשותפת: ____________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💧 מים · 🌫️ אוויר · 🔊 רעש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המילה המשותפת: ____________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⚓ רב־חובל · 🎼 מנצח · 👩‍🏫 מחנכת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המילה המשותפת: ____________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⚓ עוגן · 🌳 שורשים · 👨‍👩‍👧 משפחה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המילה המשותפת: ____________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💻 מחשב · 🐈 חתול · 🪤 מלכודת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המילה המשותפת: ____________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🌊 ים · 💧 דמעה · 🍲 מרק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המילה המשותפת: ____________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🐪 גמל · 🦂 עקרב · 🏜️ דיונה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המילה המשותפת: ____________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pStyle w:val="Heading2"/>
        <w:bidi w:val="1"/>
        <w:jc w:val="right"/>
      </w:pPr>
      <w:bookmarkStart w:id="38924" w:name="sW"/>
      <w:r>
        <w:rPr>
          <w:rFonts w:ascii="Arial" w:hAnsi="Arial" w:cs="Arial"/>
          <w:b/>
          <w:color w:val="DB2777"/>
          <w:sz w:val="30"/>
          <w:rtl w:val="1"/>
          <w:bCs/>
          <w:szCs w:val="30"/>
        </w:rPr>
        <w:t>✍️ חידה משלי</w:t>
      </w:r>
      <w:bookmarkEnd w:id="38924"/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כתבו חידת "מה אני?" משלכם: 2–3 רמזים, בלי לגלות את התשובה – והחליפו עם חבר/ה.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r>
        <w:br w:type="page"/>
      </w:r>
    </w:p>
    <w:p>
      <w:pPr>
        <w:pStyle w:val="Heading2"/>
        <w:bidi w:val="1"/>
        <w:jc w:val="right"/>
      </w:pPr>
      <w:bookmarkStart w:id="9741" w:name="sX"/>
      <w:r>
        <w:rPr>
          <w:rFonts w:ascii="Arial" w:hAnsi="Arial" w:cs="Arial"/>
          <w:b/>
          <w:color w:val="DB2777"/>
          <w:sz w:val="30"/>
          <w:rtl w:val="1"/>
          <w:bCs/>
          <w:szCs w:val="30"/>
        </w:rPr>
        <w:t>✂ כרטיסי חידות לגזירה</w:t>
      </w:r>
      <w:bookmarkEnd w:id="9741"/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גוזרים לאורך הקווים. משחקים בקבוצות: מי שמחזיק/ה כרטיס קורא/ת את החידה, והאחרים מנחשים. התשובה בתחתית – מקפלים אותה לאחור.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💭 מה אני?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אני מגיע רק כשאתם ישנים, מראה לכם עולמות שלא קיימים, ונעלם כשאתם מתעוררים. מה אני?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חלום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🏷️ מה אני?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הוא שייך לכם, אבל אחרים משתמשים בו הרבה יותר מכם. מה הוא?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השם שלכם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⏳ מה אני?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אני עובר כל הזמן, אף פעם לא חוזר, ואי אפשר לקנות אותי בשום כסף. מה אני?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זמן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🔤 מה אני?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אני מופיעה פעם אחת ב״שנה״, פעמיים ב״שמש״, ואף פעם לא ב״יום״. מה אני?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האות ש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☁️ מה אני?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אני הולך בלי רגליים, בוכה בלי עיניים ועף בלי כנפיים. מה אני?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ענן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🌐 איזה קו דמיוני מחלק את כדור הארץ לחצי צפוני וחצי דרומי?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קו המשווה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⚡ מה הכי מהיר ביקום לפי הידע המדעי של היום?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האור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🧬 איך נקרא החומר בתאים שנושא את המידע התורשתי?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דנ״א (DNA)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🪐 מהו כוכב הלכת הגדול ביותר במערכת השמש?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צדק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🌡️ באיזו טמפרטורה רותחים מים בגובה פני הים?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100°C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🔺 באיזו מדינה עומדות הפירמידות של גיזה?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מצרים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👢 איזו מדינה נראית במפה כמו מגף?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איטליה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🔥 איך נקרא האזור סביב האוקיינוס השקט שיש בו הרבה הרי געש ורעידות אדמה?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טבעת האש</w:t>
            </w:r>
          </w:p>
        </w:tc>
        <w:tc>
          <w:tcPr>
            <w:tcW w:type="dxa" w:w="5103"/>
          </w:tcPr>
          <w:p/>
        </w:tc>
      </w:tr>
    </w:tbl>
    <w:p>
      <w:pPr>
        <w:bidi w:val="1"/>
        <w:jc w:val="right"/>
      </w:pPr>
      <w:r>
        <w:rPr>
          <w:rFonts w:ascii="Arial" w:hAnsi="Arial" w:cs="Arial"/>
          <w:color w:val="666666"/>
          <w:sz w:val="22"/>
          <w:rtl w:val="1"/>
          <w:szCs w:val="22"/>
        </w:rPr>
        <w:t>✂ - - - - - - - - - - - - - - - - - - - - - - - - - - - - - - - -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206"/>
      </w:tblGrid>
      <w:tr>
        <w:tc>
          <w:tcPr>
            <w:tcW w:type="dxa" w:w="1020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🎫 כרטיס יציאה    שם: __________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1. איזו עובדה על העולם הפתיעה אותי?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______________________________________________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2. איזו חידה הכי אהבתי ולמה?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______________________________________________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3. מה עזר לי לפתור – רמז, זוג או ניחוש חכם?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______________________________________________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right"/>
    </w:pPr>
    <w:r>
      <w:rPr>
        <w:rFonts w:ascii="Arial" w:hAnsi="Arial" w:cs="Arial"/>
        <w:color w:val="888888"/>
        <w:sz w:val="16"/>
        <w:rtl w:val="1"/>
        <w:szCs w:val="16"/>
      </w:rPr>
      <w:t>🆕 מקבץ חידות וטריוויה (מורה + תלמיד) – ז׳–ט׳ ·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🆕 מקבץ חידות וטריוויה (מורה + תלמיד) – ז׳–ט׳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